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D89" w:rsidRPr="00491D89" w:rsidRDefault="00491D89">
      <w:pPr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4E5C1FD">
            <wp:simplePos x="0" y="0"/>
            <wp:positionH relativeFrom="column">
              <wp:posOffset>-411480</wp:posOffset>
            </wp:positionH>
            <wp:positionV relativeFrom="page">
              <wp:posOffset>327660</wp:posOffset>
            </wp:positionV>
            <wp:extent cx="1584960" cy="1676400"/>
            <wp:effectExtent l="0" t="0" r="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436" w:rsidRDefault="0083045C" w:rsidP="00491D89">
      <w:pPr>
        <w:pStyle w:val="Titre"/>
        <w:jc w:val="center"/>
      </w:pPr>
      <w:proofErr w:type="spellStart"/>
      <w:r>
        <w:t>Compte</w:t>
      </w:r>
      <w:proofErr w:type="spellEnd"/>
      <w:r>
        <w:t xml:space="preserve"> </w:t>
      </w:r>
      <w:proofErr w:type="spellStart"/>
      <w:r>
        <w:t>rendu</w:t>
      </w:r>
      <w:proofErr w:type="spellEnd"/>
      <w:r>
        <w:t xml:space="preserve"> de la </w:t>
      </w:r>
      <w:proofErr w:type="spellStart"/>
      <w:r>
        <w:t>réunion</w:t>
      </w:r>
      <w:proofErr w:type="spellEnd"/>
      <w:r>
        <w:t xml:space="preserve"> </w:t>
      </w:r>
    </w:p>
    <w:p w:rsidR="00491D89" w:rsidRDefault="00227436" w:rsidP="00491D89">
      <w:pPr>
        <w:pStyle w:val="Titre"/>
        <w:jc w:val="center"/>
      </w:pPr>
      <w:proofErr w:type="spellStart"/>
      <w:r>
        <w:t>Préparation</w:t>
      </w:r>
      <w:proofErr w:type="spellEnd"/>
      <w:r>
        <w:t xml:space="preserve"> de la </w:t>
      </w:r>
      <w:proofErr w:type="spellStart"/>
      <w:r>
        <w:t>journée</w:t>
      </w:r>
      <w:proofErr w:type="spellEnd"/>
      <w:r>
        <w:t xml:space="preserve"> </w:t>
      </w:r>
      <w:proofErr w:type="spellStart"/>
      <w:r w:rsidR="0083045C">
        <w:t>Flipéo</w:t>
      </w:r>
      <w:proofErr w:type="spellEnd"/>
    </w:p>
    <w:p w:rsidR="00491D89" w:rsidRPr="00491D89" w:rsidRDefault="00491D89" w:rsidP="00491D89"/>
    <w:p w:rsidR="00194A7B" w:rsidRPr="00491D89" w:rsidRDefault="0083045C" w:rsidP="00491D89">
      <w:pPr>
        <w:jc w:val="center"/>
        <w:rPr>
          <w:sz w:val="32"/>
          <w:szCs w:val="32"/>
        </w:rPr>
      </w:pPr>
      <w:r w:rsidRPr="00491D89">
        <w:rPr>
          <w:sz w:val="32"/>
          <w:szCs w:val="32"/>
        </w:rPr>
        <w:t>Visioconférence du mercredi 21 octobre 2026 à 20 h</w:t>
      </w:r>
    </w:p>
    <w:p w:rsidR="00491D89" w:rsidRDefault="00491D89" w:rsidP="00491D89">
      <w:pPr>
        <w:jc w:val="center"/>
      </w:pPr>
    </w:p>
    <w:p w:rsidR="00491D89" w:rsidRDefault="0083045C">
      <w:proofErr w:type="gramStart"/>
      <w:r>
        <w:t>Objet :</w:t>
      </w:r>
      <w:proofErr w:type="gramEnd"/>
      <w:r>
        <w:t xml:space="preserve"> organisation des actions Baby Gym et participation aux </w:t>
      </w:r>
      <w:proofErr w:type="spellStart"/>
      <w:r>
        <w:t>Flipéo</w:t>
      </w:r>
      <w:proofErr w:type="spellEnd"/>
      <w:r>
        <w:t xml:space="preserve"> Awards.</w:t>
      </w:r>
    </w:p>
    <w:p w:rsidR="00491D89" w:rsidRPr="00491D89" w:rsidRDefault="00491D89" w:rsidP="00491D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40"/>
          <w:szCs w:val="40"/>
          <w:lang w:val="fr-FR" w:eastAsia="fr-FR"/>
        </w:rPr>
      </w:pPr>
      <w:r w:rsidRPr="00491D89">
        <w:rPr>
          <w:rFonts w:ascii="Times New Roman" w:eastAsia="Times New Roman" w:hAnsi="Times New Roman" w:cs="Times New Roman"/>
          <w:b/>
          <w:bCs/>
          <w:color w:val="auto"/>
          <w:kern w:val="36"/>
          <w:sz w:val="40"/>
          <w:szCs w:val="40"/>
          <w:lang w:val="fr-FR" w:eastAsia="fr-FR"/>
        </w:rPr>
        <w:t>Présentation du dispositif et du calendrier</w:t>
      </w:r>
    </w:p>
    <w:p w:rsidR="00491D89" w:rsidRP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Séverine présente les </w:t>
      </w:r>
      <w:proofErr w:type="spellStart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Flipéo</w:t>
      </w:r>
      <w:proofErr w:type="spellEnd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Awards et explique que la participation nécessite une action organisée pendant la semaine de la Baby Gym, du 12 au 20 mars 2027. Le rendez-vous prévu le 29 novembre à Carignan se situe donc en dehors de cette période.</w:t>
      </w:r>
    </w:p>
    <w:p w:rsidR="00491D89" w:rsidRP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 w:eastAsia="fr-FR"/>
        </w:rPr>
        <w:t>Proposition de courrier</w:t>
      </w:r>
    </w:p>
    <w:p w:rsidR="00491D89" w:rsidRP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Yolande propose </w:t>
      </w:r>
      <w:r w:rsidR="00832720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que l’on</w:t>
      </w: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rédige un courrier pour exprimer le mécontentement lié au calendrier demandé. Il avait initialement été demandé d’organiser une action </w:t>
      </w:r>
      <w:proofErr w:type="spellStart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Flipéo</w:t>
      </w:r>
      <w:proofErr w:type="spellEnd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en octobre ou novembre, alors que la participation aux Awards implique désormais une action pendant la semaine de la Baby Gym. Cette évolution remet en question l’organisation déjà engagée.</w:t>
      </w:r>
    </w:p>
    <w:p w:rsidR="00491D89" w:rsidRP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Séverine sollicitera l’avis du comité directeur sur l’organisation envisagée et sur l’envoi du courrier proposé par Yolande. Elle reviendra ensuite vers les clubs pour leur communiquer la position retenue.</w:t>
      </w:r>
    </w:p>
    <w:p w:rsidR="00491D89" w:rsidRPr="00491D89" w:rsidRDefault="00491D89" w:rsidP="00491D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40"/>
          <w:szCs w:val="40"/>
          <w:lang w:val="fr-FR" w:eastAsia="fr-FR"/>
        </w:rPr>
      </w:pPr>
      <w:r w:rsidRPr="00491D89">
        <w:rPr>
          <w:rFonts w:ascii="Times New Roman" w:eastAsia="Times New Roman" w:hAnsi="Times New Roman" w:cs="Times New Roman"/>
          <w:b/>
          <w:bCs/>
          <w:color w:val="auto"/>
          <w:kern w:val="36"/>
          <w:sz w:val="40"/>
          <w:szCs w:val="40"/>
          <w:lang w:val="fr-FR" w:eastAsia="fr-FR"/>
        </w:rPr>
        <w:t>Propositions d’organisation</w:t>
      </w:r>
    </w:p>
    <w:p w:rsidR="00491D89" w:rsidRP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Marine indique qu’elle ne présentera pas de performance cette année. Elle précise également que le club de La Givetoise est disponible pour accueillir cette journée </w:t>
      </w:r>
      <w:proofErr w:type="spellStart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Flipéo</w:t>
      </w:r>
      <w:proofErr w:type="spellEnd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.</w:t>
      </w:r>
    </w:p>
    <w:p w:rsid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La possibilité d’organiser l’action </w:t>
      </w:r>
      <w:proofErr w:type="spellStart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Flipéo</w:t>
      </w:r>
      <w:proofErr w:type="spellEnd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le </w:t>
      </w:r>
      <w:r w:rsidRPr="00491D8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 w:eastAsia="fr-FR"/>
        </w:rPr>
        <w:t>samedi 13 mars 2027 à Givet</w:t>
      </w: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, en parallèle du championnat interdépartemental à Fumay, est donc évoquée. Les clubs pourraient s’organiser pour y envoyer un animateur, selon leurs disponibilités et l’organigramme de la compétition.</w:t>
      </w:r>
    </w:p>
    <w:p w:rsidR="00832720" w:rsidRPr="00491D89" w:rsidRDefault="00832720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</w:p>
    <w:p w:rsid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lastRenderedPageBreak/>
        <w:t xml:space="preserve">Les échanges conduisent à envisager le maintien du rendez-vous du </w:t>
      </w:r>
      <w:r w:rsidRPr="00491D8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 w:eastAsia="fr-FR"/>
        </w:rPr>
        <w:t>29 novembre à Carignan</w:t>
      </w: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, sous la forme d’une </w:t>
      </w:r>
      <w:r w:rsidRPr="00491D8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 w:eastAsia="fr-FR"/>
        </w:rPr>
        <w:t>journée départementale de la Baby Gym</w:t>
      </w: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. L’action du </w:t>
      </w:r>
      <w:r w:rsidRPr="00491D8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 w:eastAsia="fr-FR"/>
        </w:rPr>
        <w:t>13 mars à Givet</w:t>
      </w: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porterait alors le nom de </w:t>
      </w:r>
      <w:proofErr w:type="spellStart"/>
      <w:r w:rsidRPr="00491D8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 w:eastAsia="fr-FR"/>
        </w:rPr>
        <w:t>Flipéo</w:t>
      </w:r>
      <w:proofErr w:type="spellEnd"/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et s’inscrirait dans la semaine de la Baby Gym.</w:t>
      </w:r>
      <w:r w:rsidR="005C13B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</w:t>
      </w:r>
    </w:p>
    <w:p w:rsidR="005C13B9" w:rsidRPr="00491D89" w:rsidRDefault="005C13B9" w:rsidP="005C13B9">
      <w:pPr>
        <w:pStyle w:val="NormalWeb"/>
      </w:pPr>
      <w:r>
        <w:t xml:space="preserve">Une réflexion collective devra être menée pour imaginer les activités et les animations autour du thème : </w:t>
      </w:r>
      <w:r>
        <w:rPr>
          <w:rStyle w:val="lev"/>
        </w:rPr>
        <w:t>« De fil en fil… les liens font grandir »</w:t>
      </w:r>
      <w:r>
        <w:t>.</w:t>
      </w:r>
    </w:p>
    <w:p w:rsidR="00491D89" w:rsidRDefault="00491D89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Séverine se chargera de remplir le dossier, à déposer avant le </w:t>
      </w:r>
      <w:r w:rsidRPr="00491D8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 w:eastAsia="fr-FR"/>
        </w:rPr>
        <w:t>1er février 2027</w:t>
      </w:r>
      <w:r w:rsidRPr="00491D89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.</w:t>
      </w:r>
    </w:p>
    <w:p w:rsidR="00832720" w:rsidRPr="00832720" w:rsidRDefault="00832720" w:rsidP="008327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40"/>
          <w:szCs w:val="40"/>
          <w:lang w:val="fr-FR" w:eastAsia="fr-FR"/>
        </w:rPr>
      </w:pPr>
      <w:r w:rsidRPr="00832720">
        <w:rPr>
          <w:rFonts w:ascii="Times New Roman" w:eastAsia="Times New Roman" w:hAnsi="Times New Roman" w:cs="Times New Roman"/>
          <w:b/>
          <w:bCs/>
          <w:color w:val="auto"/>
          <w:kern w:val="36"/>
          <w:sz w:val="40"/>
          <w:szCs w:val="40"/>
          <w:lang w:val="fr-FR" w:eastAsia="fr-FR"/>
        </w:rPr>
        <w:t>Tee-shirts pour les animateurs Baby Gym</w:t>
      </w:r>
    </w:p>
    <w:p w:rsidR="00832720" w:rsidRPr="00832720" w:rsidRDefault="00832720" w:rsidP="008327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832720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La formation Animateur Baby Gym ayant lieu dans les Ardennes cette saison, le comité offrira un tee-shirt aux animateurs Baby Gym ainsi qu’aux personnes qui suivront cette formation.</w:t>
      </w:r>
    </w:p>
    <w:p w:rsidR="00832720" w:rsidRDefault="00832720" w:rsidP="008327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 w:rsidRPr="00832720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Un document Google sera envoyé aux personnes concernées afin qu’elles puissent choisir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une</w:t>
      </w:r>
      <w:r w:rsidRPr="00832720"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 xml:space="preserve"> couleur et indiquer leur taille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.</w:t>
      </w:r>
    </w:p>
    <w:p w:rsidR="00832720" w:rsidRDefault="00832720" w:rsidP="008327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</w:p>
    <w:p w:rsidR="00832720" w:rsidRPr="00832720" w:rsidRDefault="00832720" w:rsidP="008327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  <w:t>Fin de la visioconférence à 20h45</w:t>
      </w:r>
    </w:p>
    <w:p w:rsidR="00832720" w:rsidRDefault="00832720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</w:p>
    <w:p w:rsidR="00227436" w:rsidRDefault="00227436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</w:p>
    <w:p w:rsidR="00227436" w:rsidRDefault="00227436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</w:p>
    <w:p w:rsidR="00227436" w:rsidRDefault="00227436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</w:p>
    <w:p w:rsidR="00227436" w:rsidRDefault="00227436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</w:p>
    <w:p w:rsidR="00227436" w:rsidRPr="00491D89" w:rsidRDefault="00227436" w:rsidP="0049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fr-FR" w:eastAsia="fr-FR"/>
        </w:rPr>
      </w:pPr>
      <w:bookmarkStart w:id="0" w:name="_GoBack"/>
      <w:bookmarkEnd w:id="0"/>
    </w:p>
    <w:p w:rsidR="00194A7B" w:rsidRDefault="005C13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Fait le 22 </w:t>
      </w:r>
      <w:proofErr w:type="spellStart"/>
      <w:r>
        <w:t>octobre</w:t>
      </w:r>
      <w:proofErr w:type="spellEnd"/>
      <w:r>
        <w:t xml:space="preserve"> 2026</w:t>
      </w:r>
    </w:p>
    <w:p w:rsidR="005C13B9" w:rsidRDefault="005C13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AKKAN </w:t>
      </w:r>
      <w:proofErr w:type="spellStart"/>
      <w:r>
        <w:t>Séverine</w:t>
      </w:r>
      <w:proofErr w:type="spellEnd"/>
    </w:p>
    <w:p w:rsidR="005C13B9" w:rsidRDefault="005C13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Agent de </w:t>
      </w:r>
      <w:proofErr w:type="spellStart"/>
      <w:r>
        <w:t>developpement</w:t>
      </w:r>
      <w:proofErr w:type="spellEnd"/>
    </w:p>
    <w:sectPr w:rsidR="005C13B9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45C" w:rsidRDefault="0083045C">
      <w:pPr>
        <w:spacing w:after="0" w:line="240" w:lineRule="auto"/>
      </w:pPr>
      <w:r>
        <w:separator/>
      </w:r>
    </w:p>
  </w:endnote>
  <w:endnote w:type="continuationSeparator" w:id="0">
    <w:p w:rsidR="0083045C" w:rsidRDefault="00830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A7B" w:rsidRDefault="0083045C">
    <w:pPr>
      <w:pStyle w:val="Pieddepage"/>
      <w:jc w:val="right"/>
    </w:pPr>
    <w:r>
      <w:rPr>
        <w:sz w:val="18"/>
      </w:rPr>
      <w:t>CD GYM 08 • Réunion Flipéo du 21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45C" w:rsidRDefault="0083045C">
      <w:pPr>
        <w:spacing w:after="0" w:line="240" w:lineRule="auto"/>
      </w:pPr>
      <w:r>
        <w:separator/>
      </w:r>
    </w:p>
  </w:footnote>
  <w:footnote w:type="continuationSeparator" w:id="0">
    <w:p w:rsidR="0083045C" w:rsidRDefault="00830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D89" w:rsidRDefault="00491D8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4A7B"/>
    <w:rsid w:val="00227436"/>
    <w:rsid w:val="0029639D"/>
    <w:rsid w:val="00326F90"/>
    <w:rsid w:val="00491D89"/>
    <w:rsid w:val="005C13B9"/>
    <w:rsid w:val="0083045C"/>
    <w:rsid w:val="0083272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77EB9"/>
  <w14:defaultImageDpi w14:val="300"/>
  <w15:docId w15:val="{0EBB7BE1-F0B3-45DD-9814-24549A7A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1D89"/>
    <w:pPr>
      <w:spacing w:after="140"/>
    </w:pPr>
    <w:rPr>
      <w:rFonts w:ascii="Calibri" w:hAnsi="Calibri"/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C1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4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5C9C17-C6B6-4603-BCB6-E1893900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Séverine AKKAN</cp:lastModifiedBy>
  <cp:revision>3</cp:revision>
  <dcterms:created xsi:type="dcterms:W3CDTF">2026-10-22T14:55:00Z</dcterms:created>
  <dcterms:modified xsi:type="dcterms:W3CDTF">2026-10-22T14:55:00Z</dcterms:modified>
  <cp:category/>
</cp:coreProperties>
</file>